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B68F2" w14:textId="77777777" w:rsidR="00700FAF" w:rsidRDefault="00F02EF7">
      <w:pPr>
        <w:spacing w:after="40"/>
      </w:pPr>
      <w:r>
        <w:rPr>
          <w:b/>
          <w:color w:val="002D62"/>
          <w:sz w:val="32"/>
        </w:rPr>
        <w:t>PUBLIC RECORDS REQUEST TEMPLATE</w:t>
      </w:r>
    </w:p>
    <w:p w14:paraId="5C05ACBB" w14:textId="0B3DBD57" w:rsidR="00700FAF" w:rsidRDefault="00F02EF7">
      <w:pPr>
        <w:spacing w:after="360"/>
      </w:pPr>
      <w:r>
        <w:rPr>
          <w:i/>
          <w:color w:val="666666"/>
          <w:sz w:val="19"/>
        </w:rPr>
        <w:t>Prepared by Central Ohio SPJ</w:t>
      </w:r>
    </w:p>
    <w:tbl>
      <w:tblPr>
        <w:tblW w:w="0" w:type="auto"/>
        <w:jc w:val="center"/>
        <w:tblLook w:val="04A0" w:firstRow="1" w:lastRow="0" w:firstColumn="1" w:lastColumn="0" w:noHBand="0" w:noVBand="1"/>
      </w:tblPr>
      <w:tblGrid>
        <w:gridCol w:w="9330"/>
      </w:tblGrid>
      <w:tr w:rsidR="00700FAF" w14:paraId="51C3A79D" w14:textId="77777777">
        <w:trPr>
          <w:jc w:val="center"/>
        </w:trPr>
        <w:tc>
          <w:tcPr>
            <w:tcW w:w="9360" w:type="dxa"/>
            <w:tcBorders>
              <w:left w:val="single" w:sz="24" w:space="0" w:color="002D62"/>
            </w:tcBorders>
            <w:shd w:val="clear" w:color="auto" w:fill="F0F4F8"/>
          </w:tcPr>
          <w:p w14:paraId="60C07133" w14:textId="5A955718" w:rsidR="00700FAF" w:rsidRDefault="00F02EF7">
            <w:pPr>
              <w:spacing w:before="120" w:after="120"/>
              <w:ind w:left="144" w:right="144"/>
            </w:pPr>
            <w:r>
              <w:rPr>
                <w:i/>
                <w:color w:val="002D62"/>
                <w:sz w:val="19"/>
              </w:rPr>
              <w:t>INSTRUCTIONS: Replace all highlighted bracketed text [LIKE THIS] with your specific details. Delete this instruction box prior to sending your formal request.</w:t>
            </w:r>
          </w:p>
        </w:tc>
      </w:tr>
    </w:tbl>
    <w:p w14:paraId="5A021610" w14:textId="77777777" w:rsidR="00700FAF" w:rsidRDefault="00700FAF">
      <w:pPr>
        <w:spacing w:after="240"/>
      </w:pPr>
    </w:p>
    <w:p w14:paraId="1D155076" w14:textId="2E3B1F2B" w:rsidR="00700FAF" w:rsidRDefault="00F02EF7">
      <w:pPr>
        <w:spacing w:after="240"/>
      </w:pPr>
      <w:r>
        <w:t>[Date]</w:t>
      </w:r>
      <w:r>
        <w:br/>
      </w:r>
      <w:r>
        <w:br/>
        <w:t>[Public Records Officer / Department Name]</w:t>
      </w:r>
      <w:r>
        <w:br/>
        <w:t>[Public Agency Name]</w:t>
      </w:r>
      <w:r>
        <w:br/>
        <w:t>[Street Address]</w:t>
      </w:r>
      <w:r>
        <w:br/>
        <w:t>[City, State, Zip Code]</w:t>
      </w:r>
      <w:r>
        <w:br/>
        <w:t>Sent via Email to: [Public Records Officer Email]</w:t>
      </w:r>
    </w:p>
    <w:p w14:paraId="55BC80E1" w14:textId="77777777" w:rsidR="00700FAF" w:rsidRDefault="00F02EF7">
      <w:pPr>
        <w:spacing w:before="120" w:after="240"/>
      </w:pPr>
      <w:r>
        <w:rPr>
          <w:b/>
        </w:rPr>
        <w:t>RE: PUBLIC RECORDS REQUEST – Ohio Revised Code § 149.43</w:t>
      </w:r>
    </w:p>
    <w:p w14:paraId="3BA9128D" w14:textId="77777777" w:rsidR="00700FAF" w:rsidRDefault="00F02EF7">
      <w:r>
        <w:t>Dear Public Records Custodian,</w:t>
      </w:r>
    </w:p>
    <w:p w14:paraId="60398AC1" w14:textId="77777777" w:rsidR="00700FAF" w:rsidRDefault="00F02EF7">
      <w:r>
        <w:t>Pursuant to the Ohio Public Records Act, Ohio Revised Code § 149.43, I respectfully request an opportunity to inspect or obtain copies of the following public records:</w:t>
      </w:r>
    </w:p>
    <w:p w14:paraId="1A8CFEA8" w14:textId="77777777" w:rsidR="00700FAF" w:rsidRDefault="00F02EF7">
      <w:pPr>
        <w:pStyle w:val="ListBullet"/>
        <w:spacing w:after="80"/>
      </w:pPr>
      <w:r>
        <w:t>1. [Detailed description of record #1, e.g., All emails sent or received by Director John Doe containing the keyword 'budget' between Jan 1, 2026 and June 1, 2026.]</w:t>
      </w:r>
    </w:p>
    <w:p w14:paraId="2E124621" w14:textId="77777777" w:rsidR="00700FAF" w:rsidRDefault="00F02EF7">
      <w:pPr>
        <w:pStyle w:val="ListBullet"/>
        <w:spacing w:after="80"/>
      </w:pPr>
      <w:r>
        <w:t>2. [Detailed description of record #2, e.g., The final police report for Incident #123456.]</w:t>
      </w:r>
    </w:p>
    <w:p w14:paraId="0E192454" w14:textId="77777777" w:rsidR="00700FAF" w:rsidRDefault="00F02EF7">
      <w:pPr>
        <w:pStyle w:val="ListBullet"/>
        <w:spacing w:after="240"/>
      </w:pPr>
      <w:r>
        <w:t>3. [Detailed description of record #3, e.g., Contractual agreements between the agency and Vendor X for fiscal year 2025-2026.]</w:t>
      </w:r>
    </w:p>
    <w:p w14:paraId="759350CD" w14:textId="77777777" w:rsidR="00700FAF" w:rsidRDefault="00F02EF7">
      <w:r>
        <w:t>As provided by O.R.C. § 149.43(B)(1), public records shall be organized and maintained such that they can be made available for inspection or copying within a reasonable period of time. If possible, I request that these records be provided in electronic format (e.g., PDF or CSV) via email.</w:t>
      </w:r>
    </w:p>
    <w:p w14:paraId="2F8FC1B5" w14:textId="77777777" w:rsidR="00700FAF" w:rsidRDefault="00F02EF7">
      <w:r>
        <w:t>If my request is denied in whole or in part, O.R.C. § 149.43(B)(3) requires public agencies to provide an explanation, including legal authority, citing specific statutory exemptions. Should any portion of the requested records contain exempt material, please redact only the exempt portion and release all segregable, non-exempt information.</w:t>
      </w:r>
    </w:p>
    <w:p w14:paraId="390712B3" w14:textId="2164A33A" w:rsidR="00700FAF" w:rsidRDefault="00F02EF7">
      <w:pPr>
        <w:spacing w:after="360"/>
      </w:pPr>
      <w:r>
        <w:t>If there are copying fees associated with fulfilling this request, please inform me prior to processing if costs will exceed $[25.00]. Thank you for your assistance with this matter.</w:t>
      </w:r>
    </w:p>
    <w:p w14:paraId="5F651D9D" w14:textId="77777777" w:rsidR="00700FAF" w:rsidRDefault="00F02EF7">
      <w:r>
        <w:t>Sincerely,</w:t>
      </w:r>
      <w:r>
        <w:br/>
      </w:r>
      <w:r>
        <w:br/>
      </w:r>
      <w:r>
        <w:br/>
      </w:r>
      <w:r>
        <w:rPr>
          <w:b/>
        </w:rPr>
        <w:lastRenderedPageBreak/>
        <w:t>[Your Name]</w:t>
      </w:r>
      <w:r>
        <w:rPr>
          <w:b/>
        </w:rPr>
        <w:br/>
      </w:r>
      <w:r>
        <w:t>[Your News Organization / Title / Independent Journalist]</w:t>
      </w:r>
      <w:r>
        <w:br/>
        <w:t>[Phone Number]</w:t>
      </w:r>
      <w:r>
        <w:br/>
        <w:t>[Email Address]</w:t>
      </w:r>
    </w:p>
    <w:sectPr w:rsidR="00700FAF"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0000C5A"/>
    <w:lvl w:ilvl="0">
      <w:start w:val="1"/>
      <w:numFmt w:val="bullet"/>
      <w:pStyle w:val="ListBullet"/>
      <w:lvlText w:val=""/>
      <w:lvlJc w:val="left"/>
      <w:pPr>
        <w:tabs>
          <w:tab w:val="num" w:pos="360"/>
        </w:tabs>
        <w:ind w:left="360" w:hanging="360"/>
      </w:pPr>
      <w:rPr>
        <w:rFonts w:ascii="Symbol" w:hAnsi="Symbol" w:hint="default"/>
      </w:rPr>
    </w:lvl>
  </w:abstractNum>
  <w:num w:numId="1" w16cid:durableId="1156070255">
    <w:abstractNumId w:val="8"/>
  </w:num>
  <w:num w:numId="2" w16cid:durableId="554195486">
    <w:abstractNumId w:val="6"/>
  </w:num>
  <w:num w:numId="3" w16cid:durableId="1697926220">
    <w:abstractNumId w:val="5"/>
  </w:num>
  <w:num w:numId="4" w16cid:durableId="2048483234">
    <w:abstractNumId w:val="4"/>
  </w:num>
  <w:num w:numId="5" w16cid:durableId="1720587523">
    <w:abstractNumId w:val="7"/>
  </w:num>
  <w:num w:numId="6" w16cid:durableId="160701484">
    <w:abstractNumId w:val="3"/>
  </w:num>
  <w:num w:numId="7" w16cid:durableId="310259349">
    <w:abstractNumId w:val="2"/>
  </w:num>
  <w:num w:numId="8" w16cid:durableId="715281923">
    <w:abstractNumId w:val="1"/>
  </w:num>
  <w:num w:numId="9" w16cid:durableId="2065256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173E8"/>
    <w:rsid w:val="00626C0F"/>
    <w:rsid w:val="00700FAF"/>
    <w:rsid w:val="00854736"/>
    <w:rsid w:val="00AA1D8D"/>
    <w:rsid w:val="00B47730"/>
    <w:rsid w:val="00CB0664"/>
    <w:rsid w:val="00F02E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0DE897"/>
  <w14:defaultImageDpi w14:val="300"/>
  <w15:docId w15:val="{2687B017-A1EF-47DE-A6FA-FCAA61E44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Mike Livingston</cp:lastModifiedBy>
  <cp:revision>2</cp:revision>
  <dcterms:created xsi:type="dcterms:W3CDTF">2026-08-21T12:43:00Z</dcterms:created>
  <dcterms:modified xsi:type="dcterms:W3CDTF">2026-08-21T12:43:00Z</dcterms:modified>
  <cp:category/>
</cp:coreProperties>
</file>